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80180" w14:textId="77777777" w:rsidR="0052368C" w:rsidRPr="00EF6172" w:rsidRDefault="009113E7" w:rsidP="00153CFC">
      <w:pPr>
        <w:pStyle w:val="Bezodstpw"/>
        <w:jc w:val="center"/>
        <w:rPr>
          <w:b/>
          <w:bCs/>
          <w:sz w:val="28"/>
          <w:szCs w:val="28"/>
        </w:rPr>
      </w:pPr>
      <w:r w:rsidRPr="00EF6172">
        <w:rPr>
          <w:b/>
          <w:bCs/>
          <w:sz w:val="28"/>
          <w:szCs w:val="28"/>
        </w:rPr>
        <w:t xml:space="preserve">KARTA </w:t>
      </w:r>
      <w:r w:rsidR="00951880" w:rsidRPr="00EF6172">
        <w:rPr>
          <w:b/>
          <w:bCs/>
          <w:sz w:val="28"/>
          <w:szCs w:val="28"/>
        </w:rPr>
        <w:t>GNIAZDA</w:t>
      </w:r>
      <w:r w:rsidRPr="00EF6172">
        <w:rPr>
          <w:b/>
          <w:bCs/>
          <w:sz w:val="28"/>
          <w:szCs w:val="28"/>
        </w:rPr>
        <w:t xml:space="preserve"> – DUD</w:t>
      </w:r>
      <w:r w:rsidR="00951880" w:rsidRPr="00EF6172">
        <w:rPr>
          <w:b/>
          <w:bCs/>
          <w:sz w:val="28"/>
          <w:szCs w:val="28"/>
        </w:rPr>
        <w:t>EK</w:t>
      </w:r>
      <w:r w:rsidRPr="00EF6172">
        <w:rPr>
          <w:b/>
          <w:bCs/>
          <w:sz w:val="28"/>
          <w:szCs w:val="28"/>
        </w:rPr>
        <w:t xml:space="preserve"> </w:t>
      </w:r>
      <w:r w:rsidRPr="00EF6172">
        <w:rPr>
          <w:b/>
          <w:bCs/>
          <w:i/>
          <w:sz w:val="28"/>
          <w:szCs w:val="28"/>
        </w:rPr>
        <w:t>Upupa epops</w:t>
      </w:r>
    </w:p>
    <w:p w14:paraId="5A4E5275" w14:textId="0D48D02F" w:rsidR="0052368C" w:rsidRPr="00E72593" w:rsidRDefault="009113E7" w:rsidP="00153CFC">
      <w:pPr>
        <w:pStyle w:val="Bezodstpw"/>
        <w:jc w:val="center"/>
        <w:rPr>
          <w:sz w:val="28"/>
          <w:szCs w:val="28"/>
          <w:lang w:val="pl-PL"/>
        </w:rPr>
      </w:pPr>
      <w:r w:rsidRPr="00E72593">
        <w:rPr>
          <w:sz w:val="28"/>
          <w:szCs w:val="28"/>
          <w:lang w:val="pl-PL"/>
        </w:rPr>
        <w:t xml:space="preserve">Jeden formularz </w:t>
      </w:r>
      <w:r w:rsidR="00951880" w:rsidRPr="00E72593">
        <w:rPr>
          <w:sz w:val="28"/>
          <w:szCs w:val="28"/>
          <w:lang w:val="pl-PL"/>
        </w:rPr>
        <w:t>wypełniamy dla</w:t>
      </w:r>
      <w:r w:rsidRPr="00E72593">
        <w:rPr>
          <w:sz w:val="28"/>
          <w:szCs w:val="28"/>
          <w:lang w:val="pl-PL"/>
        </w:rPr>
        <w:t xml:space="preserve"> </w:t>
      </w:r>
      <w:r w:rsidR="00E72593">
        <w:rPr>
          <w:sz w:val="28"/>
          <w:szCs w:val="28"/>
          <w:lang w:val="pl-PL"/>
        </w:rPr>
        <w:t>jednego</w:t>
      </w:r>
      <w:r w:rsidRPr="00E72593">
        <w:rPr>
          <w:sz w:val="28"/>
          <w:szCs w:val="28"/>
          <w:lang w:val="pl-PL"/>
        </w:rPr>
        <w:t xml:space="preserve"> miejsc</w:t>
      </w:r>
      <w:r w:rsidR="00951880" w:rsidRPr="00E72593">
        <w:rPr>
          <w:sz w:val="28"/>
          <w:szCs w:val="28"/>
          <w:lang w:val="pl-PL"/>
        </w:rPr>
        <w:t>a</w:t>
      </w:r>
      <w:r w:rsidRPr="00E72593">
        <w:rPr>
          <w:sz w:val="28"/>
          <w:szCs w:val="28"/>
          <w:lang w:val="pl-PL"/>
        </w:rPr>
        <w:t xml:space="preserve"> lęgowe</w:t>
      </w:r>
      <w:r w:rsidR="00951880" w:rsidRPr="00E72593">
        <w:rPr>
          <w:sz w:val="28"/>
          <w:szCs w:val="28"/>
          <w:lang w:val="pl-PL"/>
        </w:rPr>
        <w:t>go</w:t>
      </w:r>
      <w:r w:rsidR="00EF6172" w:rsidRPr="00E72593">
        <w:rPr>
          <w:sz w:val="28"/>
          <w:szCs w:val="28"/>
          <w:lang w:val="pl-PL"/>
        </w:rPr>
        <w:t xml:space="preserve"> w danym sezonie                          </w:t>
      </w:r>
      <w:r w:rsidR="00F10FB3" w:rsidRPr="00E72593">
        <w:rPr>
          <w:sz w:val="28"/>
          <w:szCs w:val="28"/>
          <w:lang w:val="pl-PL"/>
        </w:rPr>
        <w:t xml:space="preserve"> (dane z lat 2010-2026)</w:t>
      </w:r>
    </w:p>
    <w:p w14:paraId="09BE2CDF" w14:textId="77777777" w:rsidR="00951880" w:rsidRPr="00E72593" w:rsidRDefault="00951880" w:rsidP="00951880">
      <w:pPr>
        <w:pStyle w:val="Bezodstpw"/>
        <w:rPr>
          <w:sz w:val="8"/>
          <w:szCs w:val="8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1110"/>
        <w:gridCol w:w="1111"/>
        <w:gridCol w:w="1110"/>
        <w:gridCol w:w="1111"/>
        <w:gridCol w:w="1110"/>
        <w:gridCol w:w="1111"/>
      </w:tblGrid>
      <w:tr w:rsidR="00153CFC" w:rsidRPr="003518D5" w14:paraId="41313BDB" w14:textId="77777777" w:rsidTr="0092734E">
        <w:tc>
          <w:tcPr>
            <w:tcW w:w="4077" w:type="dxa"/>
          </w:tcPr>
          <w:p w14:paraId="5FCC1CBC" w14:textId="77777777" w:rsidR="00153CFC" w:rsidRPr="003518D5" w:rsidRDefault="00153CFC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>Obserwator (imię i nazwisko)</w:t>
            </w:r>
          </w:p>
          <w:p w14:paraId="34773B34" w14:textId="77777777" w:rsidR="00153CFC" w:rsidRPr="003518D5" w:rsidRDefault="00153CFC">
            <w:pPr>
              <w:rPr>
                <w:sz w:val="28"/>
                <w:szCs w:val="28"/>
              </w:rPr>
            </w:pPr>
          </w:p>
          <w:p w14:paraId="5D270ABD" w14:textId="77777777" w:rsidR="00153CFC" w:rsidRPr="003518D5" w:rsidRDefault="00153CFC">
            <w:pPr>
              <w:rPr>
                <w:sz w:val="28"/>
                <w:szCs w:val="28"/>
              </w:rPr>
            </w:pPr>
          </w:p>
        </w:tc>
        <w:tc>
          <w:tcPr>
            <w:tcW w:w="3331" w:type="dxa"/>
            <w:gridSpan w:val="3"/>
          </w:tcPr>
          <w:p w14:paraId="3DD3CE20" w14:textId="77777777" w:rsidR="00153CFC" w:rsidRPr="003518D5" w:rsidRDefault="00153CFC">
            <w:pPr>
              <w:rPr>
                <w:sz w:val="24"/>
                <w:szCs w:val="24"/>
              </w:rPr>
            </w:pPr>
            <w:r w:rsidRPr="003518D5">
              <w:rPr>
                <w:sz w:val="24"/>
                <w:szCs w:val="24"/>
              </w:rPr>
              <w:t xml:space="preserve">E-mail </w:t>
            </w:r>
          </w:p>
          <w:p w14:paraId="019776D3" w14:textId="77777777" w:rsidR="00153CFC" w:rsidRPr="003518D5" w:rsidRDefault="00153CFC">
            <w:pPr>
              <w:rPr>
                <w:sz w:val="24"/>
                <w:szCs w:val="24"/>
              </w:rPr>
            </w:pPr>
          </w:p>
          <w:p w14:paraId="2AB61DEC" w14:textId="77777777" w:rsidR="00153CFC" w:rsidRPr="003518D5" w:rsidRDefault="00153CFC">
            <w:pPr>
              <w:rPr>
                <w:sz w:val="24"/>
                <w:szCs w:val="24"/>
              </w:rPr>
            </w:pPr>
          </w:p>
        </w:tc>
        <w:tc>
          <w:tcPr>
            <w:tcW w:w="3332" w:type="dxa"/>
            <w:gridSpan w:val="3"/>
          </w:tcPr>
          <w:p w14:paraId="27A6B317" w14:textId="77777777" w:rsidR="00153CFC" w:rsidRPr="003518D5" w:rsidRDefault="00153CFC" w:rsidP="00CC6F73">
            <w:pPr>
              <w:rPr>
                <w:sz w:val="24"/>
                <w:szCs w:val="24"/>
              </w:rPr>
            </w:pPr>
            <w:r w:rsidRPr="003518D5">
              <w:rPr>
                <w:sz w:val="24"/>
                <w:szCs w:val="24"/>
              </w:rPr>
              <w:t>telefon</w:t>
            </w:r>
          </w:p>
        </w:tc>
      </w:tr>
      <w:tr w:rsidR="0052368C" w:rsidRPr="00E72593" w14:paraId="07BF7E06" w14:textId="77777777" w:rsidTr="00153CFC">
        <w:tc>
          <w:tcPr>
            <w:tcW w:w="4077" w:type="dxa"/>
          </w:tcPr>
          <w:p w14:paraId="18D20F20" w14:textId="77777777" w:rsidR="0052368C" w:rsidRPr="00E72593" w:rsidRDefault="009113E7">
            <w:pPr>
              <w:rPr>
                <w:sz w:val="28"/>
                <w:szCs w:val="28"/>
                <w:lang w:val="pl-PL"/>
              </w:rPr>
            </w:pPr>
            <w:r w:rsidRPr="00E72593">
              <w:rPr>
                <w:sz w:val="28"/>
                <w:szCs w:val="28"/>
                <w:lang w:val="pl-PL"/>
              </w:rPr>
              <w:t>Data kontroli</w:t>
            </w:r>
            <w:r w:rsidR="00951880" w:rsidRPr="00E72593">
              <w:rPr>
                <w:sz w:val="28"/>
                <w:szCs w:val="28"/>
                <w:lang w:val="pl-PL"/>
              </w:rPr>
              <w:t xml:space="preserve"> (rok</w:t>
            </w:r>
            <w:r w:rsidR="00153CFC" w:rsidRPr="00E72593">
              <w:rPr>
                <w:sz w:val="28"/>
                <w:szCs w:val="28"/>
                <w:lang w:val="pl-PL"/>
              </w:rPr>
              <w:t xml:space="preserve"> lub </w:t>
            </w:r>
            <w:r w:rsidR="00951880" w:rsidRPr="00E72593">
              <w:rPr>
                <w:sz w:val="28"/>
                <w:szCs w:val="28"/>
                <w:lang w:val="pl-PL"/>
              </w:rPr>
              <w:t>lata)</w:t>
            </w:r>
          </w:p>
        </w:tc>
        <w:tc>
          <w:tcPr>
            <w:tcW w:w="6663" w:type="dxa"/>
            <w:gridSpan w:val="6"/>
          </w:tcPr>
          <w:p w14:paraId="4D9AF03A" w14:textId="77777777" w:rsidR="0052368C" w:rsidRPr="00E72593" w:rsidRDefault="0052368C">
            <w:pPr>
              <w:rPr>
                <w:sz w:val="24"/>
                <w:szCs w:val="24"/>
                <w:lang w:val="pl-PL"/>
              </w:rPr>
            </w:pPr>
          </w:p>
          <w:p w14:paraId="4BFEC45A" w14:textId="77777777" w:rsidR="00153CFC" w:rsidRPr="00E72593" w:rsidRDefault="00153CFC">
            <w:pPr>
              <w:rPr>
                <w:sz w:val="24"/>
                <w:szCs w:val="24"/>
                <w:lang w:val="pl-PL"/>
              </w:rPr>
            </w:pPr>
          </w:p>
        </w:tc>
      </w:tr>
      <w:tr w:rsidR="0052368C" w:rsidRPr="003518D5" w14:paraId="1F250900" w14:textId="77777777" w:rsidTr="00153CFC">
        <w:tc>
          <w:tcPr>
            <w:tcW w:w="4077" w:type="dxa"/>
          </w:tcPr>
          <w:p w14:paraId="5852710A" w14:textId="77777777" w:rsidR="0052368C" w:rsidRPr="003518D5" w:rsidRDefault="009113E7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>Miejscowość / gmina</w:t>
            </w:r>
          </w:p>
        </w:tc>
        <w:tc>
          <w:tcPr>
            <w:tcW w:w="6663" w:type="dxa"/>
            <w:gridSpan w:val="6"/>
          </w:tcPr>
          <w:p w14:paraId="6DC763B2" w14:textId="77777777" w:rsidR="0052368C" w:rsidRPr="003518D5" w:rsidRDefault="0052368C">
            <w:pPr>
              <w:rPr>
                <w:sz w:val="24"/>
                <w:szCs w:val="24"/>
              </w:rPr>
            </w:pPr>
          </w:p>
          <w:p w14:paraId="1548A66B" w14:textId="77777777" w:rsidR="00153CFC" w:rsidRPr="003518D5" w:rsidRDefault="00153CFC">
            <w:pPr>
              <w:rPr>
                <w:sz w:val="24"/>
                <w:szCs w:val="24"/>
              </w:rPr>
            </w:pPr>
          </w:p>
        </w:tc>
      </w:tr>
      <w:tr w:rsidR="0052368C" w14:paraId="4D0F4B96" w14:textId="77777777" w:rsidTr="00153CFC">
        <w:tc>
          <w:tcPr>
            <w:tcW w:w="4077" w:type="dxa"/>
          </w:tcPr>
          <w:p w14:paraId="6AD70C54" w14:textId="77777777" w:rsidR="0052368C" w:rsidRPr="003518D5" w:rsidRDefault="009113E7" w:rsidP="00153CFC">
            <w:pPr>
              <w:jc w:val="both"/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>Współrzędne GPS</w:t>
            </w:r>
          </w:p>
        </w:tc>
        <w:tc>
          <w:tcPr>
            <w:tcW w:w="6663" w:type="dxa"/>
            <w:gridSpan w:val="6"/>
            <w:vAlign w:val="center"/>
          </w:tcPr>
          <w:p w14:paraId="5700EFB8" w14:textId="77777777" w:rsidR="00153CFC" w:rsidRDefault="00153CFC" w:rsidP="00153CFC">
            <w:pPr>
              <w:pStyle w:val="Bezodstpw"/>
            </w:pPr>
          </w:p>
          <w:p w14:paraId="59F953C3" w14:textId="77777777" w:rsidR="00153CFC" w:rsidRPr="00153CFC" w:rsidRDefault="00153CFC" w:rsidP="00153CFC">
            <w:pPr>
              <w:pStyle w:val="Bezodstpw"/>
              <w:rPr>
                <w:sz w:val="32"/>
                <w:szCs w:val="32"/>
              </w:rPr>
            </w:pPr>
            <w:r w:rsidRPr="00153CFC">
              <w:rPr>
                <w:sz w:val="32"/>
                <w:szCs w:val="32"/>
              </w:rPr>
              <w:t>N …………………………… E …………………………………</w:t>
            </w:r>
          </w:p>
        </w:tc>
      </w:tr>
      <w:tr w:rsidR="0052368C" w14:paraId="5C8F799A" w14:textId="77777777" w:rsidTr="00153CFC">
        <w:tc>
          <w:tcPr>
            <w:tcW w:w="4077" w:type="dxa"/>
          </w:tcPr>
          <w:p w14:paraId="5ED39AF9" w14:textId="77777777" w:rsidR="0052368C" w:rsidRPr="00E72593" w:rsidRDefault="009113E7">
            <w:pPr>
              <w:rPr>
                <w:sz w:val="28"/>
                <w:szCs w:val="28"/>
                <w:lang w:val="pl-PL"/>
              </w:rPr>
            </w:pPr>
            <w:r w:rsidRPr="00E72593">
              <w:rPr>
                <w:sz w:val="28"/>
                <w:szCs w:val="28"/>
                <w:lang w:val="pl-PL"/>
              </w:rPr>
              <w:t>Link do pinezki Google Maps</w:t>
            </w:r>
          </w:p>
        </w:tc>
        <w:tc>
          <w:tcPr>
            <w:tcW w:w="6663" w:type="dxa"/>
            <w:gridSpan w:val="6"/>
          </w:tcPr>
          <w:p w14:paraId="76ED285B" w14:textId="77777777" w:rsidR="0052368C" w:rsidRDefault="009113E7">
            <w:pPr>
              <w:rPr>
                <w:color w:val="FF0000"/>
              </w:rPr>
            </w:pPr>
            <w:r w:rsidRPr="00153CFC">
              <w:rPr>
                <w:color w:val="FF0000"/>
              </w:rPr>
              <w:t>Wklej pełny link</w:t>
            </w:r>
          </w:p>
          <w:p w14:paraId="03322C77" w14:textId="77777777" w:rsidR="00153CFC" w:rsidRDefault="00153CFC"/>
          <w:p w14:paraId="36E07905" w14:textId="77777777" w:rsidR="00153CFC" w:rsidRDefault="00153CFC"/>
        </w:tc>
      </w:tr>
      <w:tr w:rsidR="0052368C" w:rsidRPr="00E72593" w14:paraId="60933856" w14:textId="77777777" w:rsidTr="00153CFC">
        <w:tc>
          <w:tcPr>
            <w:tcW w:w="4077" w:type="dxa"/>
          </w:tcPr>
          <w:p w14:paraId="0738F00D" w14:textId="77777777" w:rsidR="0052368C" w:rsidRPr="003518D5" w:rsidRDefault="009113E7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 xml:space="preserve">Rodzaj </w:t>
            </w:r>
            <w:r w:rsidR="003518D5">
              <w:rPr>
                <w:sz w:val="28"/>
                <w:szCs w:val="28"/>
              </w:rPr>
              <w:t>gniazda (zaznacz)</w:t>
            </w:r>
          </w:p>
        </w:tc>
        <w:tc>
          <w:tcPr>
            <w:tcW w:w="6663" w:type="dxa"/>
            <w:gridSpan w:val="6"/>
          </w:tcPr>
          <w:p w14:paraId="2E5DD3CD" w14:textId="77777777" w:rsidR="0052368C" w:rsidRPr="00E72593" w:rsidRDefault="009113E7">
            <w:pPr>
              <w:rPr>
                <w:sz w:val="28"/>
                <w:szCs w:val="28"/>
                <w:lang w:val="pl-PL"/>
              </w:rPr>
            </w:pPr>
            <w:r w:rsidRPr="00E72593">
              <w:rPr>
                <w:sz w:val="28"/>
                <w:szCs w:val="28"/>
                <w:lang w:val="pl-PL"/>
              </w:rPr>
              <w:t>☐ dziupla ☐ komin w pniu ☐ budka ☐ sterta drewna ☐ budynek ☐ inne: ______</w:t>
            </w:r>
          </w:p>
        </w:tc>
      </w:tr>
      <w:tr w:rsidR="00153CFC" w:rsidRPr="00E72593" w14:paraId="7F46DF0C" w14:textId="77777777" w:rsidTr="00153CFC">
        <w:tc>
          <w:tcPr>
            <w:tcW w:w="4077" w:type="dxa"/>
          </w:tcPr>
          <w:p w14:paraId="0AE5256B" w14:textId="77777777" w:rsidR="00153CFC" w:rsidRPr="00E72593" w:rsidRDefault="003518D5">
            <w:pPr>
              <w:rPr>
                <w:sz w:val="28"/>
                <w:szCs w:val="28"/>
                <w:lang w:val="pl-PL"/>
              </w:rPr>
            </w:pPr>
            <w:r w:rsidRPr="00E72593">
              <w:rPr>
                <w:sz w:val="28"/>
                <w:szCs w:val="28"/>
                <w:lang w:val="pl-PL"/>
              </w:rPr>
              <w:t>Gdy rodzaj gniazda “inne”, to podaj k</w:t>
            </w:r>
            <w:r w:rsidR="00153CFC" w:rsidRPr="00E72593">
              <w:rPr>
                <w:sz w:val="28"/>
                <w:szCs w:val="28"/>
                <w:lang w:val="pl-PL"/>
              </w:rPr>
              <w:t xml:space="preserve">rótki opis </w:t>
            </w:r>
            <w:r w:rsidRPr="00E72593">
              <w:rPr>
                <w:sz w:val="28"/>
                <w:szCs w:val="28"/>
                <w:lang w:val="pl-PL"/>
              </w:rPr>
              <w:t>gniazda</w:t>
            </w:r>
          </w:p>
        </w:tc>
        <w:tc>
          <w:tcPr>
            <w:tcW w:w="6663" w:type="dxa"/>
            <w:gridSpan w:val="6"/>
          </w:tcPr>
          <w:p w14:paraId="13D93C1C" w14:textId="77777777" w:rsidR="00153CFC" w:rsidRPr="00E72593" w:rsidRDefault="00153CFC">
            <w:pPr>
              <w:rPr>
                <w:lang w:val="pl-PL"/>
              </w:rPr>
            </w:pPr>
          </w:p>
          <w:p w14:paraId="0FE3C788" w14:textId="77777777" w:rsidR="003518D5" w:rsidRPr="00E72593" w:rsidRDefault="003518D5">
            <w:pPr>
              <w:rPr>
                <w:lang w:val="pl-PL"/>
              </w:rPr>
            </w:pPr>
          </w:p>
          <w:p w14:paraId="306A5937" w14:textId="77777777" w:rsidR="003518D5" w:rsidRPr="00E72593" w:rsidRDefault="003518D5">
            <w:pPr>
              <w:rPr>
                <w:lang w:val="pl-PL"/>
              </w:rPr>
            </w:pPr>
          </w:p>
          <w:p w14:paraId="7AED5E48" w14:textId="77777777" w:rsidR="003518D5" w:rsidRPr="00E72593" w:rsidRDefault="003518D5">
            <w:pPr>
              <w:rPr>
                <w:sz w:val="20"/>
                <w:szCs w:val="20"/>
                <w:lang w:val="pl-PL"/>
              </w:rPr>
            </w:pPr>
          </w:p>
        </w:tc>
      </w:tr>
      <w:tr w:rsidR="0052368C" w14:paraId="3419FAFE" w14:textId="77777777" w:rsidTr="00153CFC">
        <w:tc>
          <w:tcPr>
            <w:tcW w:w="4077" w:type="dxa"/>
          </w:tcPr>
          <w:p w14:paraId="5CE7C8F7" w14:textId="77777777" w:rsidR="00E56837" w:rsidRPr="00E72593" w:rsidRDefault="009113E7" w:rsidP="00E56837">
            <w:pPr>
              <w:rPr>
                <w:sz w:val="26"/>
                <w:szCs w:val="26"/>
                <w:lang w:val="pl-PL"/>
              </w:rPr>
            </w:pPr>
            <w:r w:rsidRPr="00E72593">
              <w:rPr>
                <w:sz w:val="26"/>
                <w:szCs w:val="26"/>
                <w:lang w:val="pl-PL"/>
              </w:rPr>
              <w:t>Gatunek drzewa</w:t>
            </w:r>
            <w:r w:rsidR="00153CFC" w:rsidRPr="00E72593">
              <w:rPr>
                <w:sz w:val="26"/>
                <w:szCs w:val="26"/>
                <w:lang w:val="pl-PL"/>
              </w:rPr>
              <w:t xml:space="preserve"> z dziuplą</w:t>
            </w:r>
            <w:r w:rsidR="003518D5" w:rsidRPr="00E72593">
              <w:rPr>
                <w:sz w:val="26"/>
                <w:szCs w:val="26"/>
                <w:lang w:val="pl-PL"/>
              </w:rPr>
              <w:t xml:space="preserve"> </w:t>
            </w:r>
            <w:r w:rsidR="00E56837" w:rsidRPr="00E72593">
              <w:rPr>
                <w:sz w:val="26"/>
                <w:szCs w:val="26"/>
                <w:lang w:val="pl-PL"/>
              </w:rPr>
              <w:t xml:space="preserve">i obwód pnia </w:t>
            </w:r>
            <w:r w:rsidR="0069020E" w:rsidRPr="00E72593">
              <w:rPr>
                <w:sz w:val="26"/>
                <w:szCs w:val="26"/>
                <w:lang w:val="pl-PL"/>
              </w:rPr>
              <w:t xml:space="preserve">drzewa </w:t>
            </w:r>
            <w:r w:rsidR="00E56837" w:rsidRPr="00E72593">
              <w:rPr>
                <w:sz w:val="26"/>
                <w:szCs w:val="26"/>
                <w:lang w:val="pl-PL"/>
              </w:rPr>
              <w:t xml:space="preserve">na wysokości 1,3 m </w:t>
            </w:r>
          </w:p>
          <w:p w14:paraId="4315A471" w14:textId="77777777" w:rsidR="0052368C" w:rsidRPr="003518D5" w:rsidRDefault="003518D5" w:rsidP="00E56837">
            <w:pPr>
              <w:rPr>
                <w:sz w:val="24"/>
                <w:szCs w:val="24"/>
              </w:rPr>
            </w:pPr>
            <w:r w:rsidRPr="003518D5">
              <w:rPr>
                <w:sz w:val="24"/>
                <w:szCs w:val="24"/>
              </w:rPr>
              <w:t>(jeśli dotyczy)</w:t>
            </w:r>
          </w:p>
        </w:tc>
        <w:tc>
          <w:tcPr>
            <w:tcW w:w="6663" w:type="dxa"/>
            <w:gridSpan w:val="6"/>
          </w:tcPr>
          <w:p w14:paraId="30524E6E" w14:textId="77777777" w:rsidR="0052368C" w:rsidRDefault="0052368C"/>
          <w:p w14:paraId="6097A175" w14:textId="77777777" w:rsidR="003518D5" w:rsidRDefault="003518D5"/>
        </w:tc>
      </w:tr>
      <w:tr w:rsidR="0052368C" w:rsidRPr="00E72593" w14:paraId="07B2F325" w14:textId="77777777" w:rsidTr="00153CFC">
        <w:tc>
          <w:tcPr>
            <w:tcW w:w="4077" w:type="dxa"/>
          </w:tcPr>
          <w:p w14:paraId="63BEB4EB" w14:textId="77777777" w:rsidR="0052368C" w:rsidRPr="00E72593" w:rsidRDefault="009113E7">
            <w:pPr>
              <w:rPr>
                <w:sz w:val="28"/>
                <w:szCs w:val="28"/>
                <w:lang w:val="pl-PL"/>
              </w:rPr>
            </w:pPr>
            <w:r w:rsidRPr="00E72593">
              <w:rPr>
                <w:sz w:val="28"/>
                <w:szCs w:val="28"/>
                <w:lang w:val="pl-PL"/>
              </w:rPr>
              <w:t xml:space="preserve">Wysokość </w:t>
            </w:r>
            <w:r w:rsidR="00153CFC" w:rsidRPr="00E72593">
              <w:rPr>
                <w:sz w:val="28"/>
                <w:szCs w:val="28"/>
                <w:lang w:val="pl-PL"/>
              </w:rPr>
              <w:t xml:space="preserve">umieszczenia </w:t>
            </w:r>
            <w:r w:rsidRPr="00E72593">
              <w:rPr>
                <w:sz w:val="28"/>
                <w:szCs w:val="28"/>
                <w:lang w:val="pl-PL"/>
              </w:rPr>
              <w:t xml:space="preserve">otworu </w:t>
            </w:r>
            <w:r w:rsidR="00153CFC" w:rsidRPr="00E72593">
              <w:rPr>
                <w:sz w:val="28"/>
                <w:szCs w:val="28"/>
                <w:lang w:val="pl-PL"/>
              </w:rPr>
              <w:t xml:space="preserve">nad gruntem </w:t>
            </w:r>
            <w:r w:rsidRPr="00E72593">
              <w:rPr>
                <w:sz w:val="28"/>
                <w:szCs w:val="28"/>
                <w:lang w:val="pl-PL"/>
              </w:rPr>
              <w:t>(m)</w:t>
            </w:r>
          </w:p>
        </w:tc>
        <w:tc>
          <w:tcPr>
            <w:tcW w:w="6663" w:type="dxa"/>
            <w:gridSpan w:val="6"/>
          </w:tcPr>
          <w:p w14:paraId="262F82A0" w14:textId="77777777" w:rsidR="0052368C" w:rsidRPr="00E72593" w:rsidRDefault="0052368C">
            <w:pPr>
              <w:rPr>
                <w:lang w:val="pl-PL"/>
              </w:rPr>
            </w:pPr>
          </w:p>
        </w:tc>
      </w:tr>
      <w:tr w:rsidR="0052368C" w14:paraId="1196C820" w14:textId="77777777" w:rsidTr="00153CFC">
        <w:tc>
          <w:tcPr>
            <w:tcW w:w="4077" w:type="dxa"/>
          </w:tcPr>
          <w:p w14:paraId="77267CB3" w14:textId="77777777" w:rsidR="0052368C" w:rsidRPr="003518D5" w:rsidRDefault="009113E7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>Wymiary otworu (cm)</w:t>
            </w:r>
          </w:p>
        </w:tc>
        <w:tc>
          <w:tcPr>
            <w:tcW w:w="6663" w:type="dxa"/>
            <w:gridSpan w:val="6"/>
          </w:tcPr>
          <w:p w14:paraId="1A8AC9F4" w14:textId="77777777" w:rsidR="003518D5" w:rsidRPr="00F74029" w:rsidRDefault="003518D5">
            <w:pPr>
              <w:rPr>
                <w:sz w:val="16"/>
                <w:szCs w:val="16"/>
              </w:rPr>
            </w:pPr>
          </w:p>
          <w:p w14:paraId="597250E8" w14:textId="77777777" w:rsidR="0052368C" w:rsidRPr="003518D5" w:rsidRDefault="009113E7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 xml:space="preserve">szer. </w:t>
            </w:r>
            <w:r w:rsidR="00153CFC" w:rsidRPr="003518D5">
              <w:rPr>
                <w:sz w:val="28"/>
                <w:szCs w:val="28"/>
              </w:rPr>
              <w:t>…………………</w:t>
            </w:r>
            <w:r w:rsidR="003518D5">
              <w:rPr>
                <w:sz w:val="28"/>
                <w:szCs w:val="28"/>
              </w:rPr>
              <w:t>……</w:t>
            </w:r>
            <w:r w:rsidR="00153CFC" w:rsidRPr="003518D5">
              <w:rPr>
                <w:sz w:val="28"/>
                <w:szCs w:val="28"/>
              </w:rPr>
              <w:t xml:space="preserve"> cm;  </w:t>
            </w:r>
            <w:r w:rsidRPr="003518D5">
              <w:rPr>
                <w:sz w:val="28"/>
                <w:szCs w:val="28"/>
              </w:rPr>
              <w:t xml:space="preserve">wys. </w:t>
            </w:r>
            <w:r w:rsidR="00153CFC" w:rsidRPr="003518D5">
              <w:rPr>
                <w:sz w:val="28"/>
                <w:szCs w:val="28"/>
              </w:rPr>
              <w:t>………………</w:t>
            </w:r>
            <w:r w:rsidR="003518D5">
              <w:rPr>
                <w:sz w:val="28"/>
                <w:szCs w:val="28"/>
              </w:rPr>
              <w:t>……</w:t>
            </w:r>
            <w:r w:rsidR="00153CFC" w:rsidRPr="003518D5">
              <w:rPr>
                <w:sz w:val="28"/>
                <w:szCs w:val="28"/>
              </w:rPr>
              <w:t xml:space="preserve"> cm</w:t>
            </w:r>
          </w:p>
        </w:tc>
      </w:tr>
      <w:tr w:rsidR="0052368C" w14:paraId="56249091" w14:textId="77777777" w:rsidTr="00153CFC">
        <w:tc>
          <w:tcPr>
            <w:tcW w:w="4077" w:type="dxa"/>
          </w:tcPr>
          <w:p w14:paraId="6088200E" w14:textId="77777777" w:rsidR="0052368C" w:rsidRPr="003518D5" w:rsidRDefault="009113E7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>Kształt otworu</w:t>
            </w:r>
            <w:r w:rsidR="003518D5">
              <w:rPr>
                <w:sz w:val="28"/>
                <w:szCs w:val="28"/>
              </w:rPr>
              <w:t xml:space="preserve"> (zaznacz)</w:t>
            </w:r>
          </w:p>
        </w:tc>
        <w:tc>
          <w:tcPr>
            <w:tcW w:w="6663" w:type="dxa"/>
            <w:gridSpan w:val="6"/>
          </w:tcPr>
          <w:p w14:paraId="6142AE46" w14:textId="77777777" w:rsidR="0052368C" w:rsidRPr="003518D5" w:rsidRDefault="009113E7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>☐ okrągły ☐ owalny ☐ prostokątny ☐ inny</w:t>
            </w:r>
          </w:p>
        </w:tc>
      </w:tr>
      <w:tr w:rsidR="0052368C" w14:paraId="706AE9C4" w14:textId="77777777" w:rsidTr="00153CFC">
        <w:tc>
          <w:tcPr>
            <w:tcW w:w="4077" w:type="dxa"/>
          </w:tcPr>
          <w:p w14:paraId="53CADC0C" w14:textId="77777777" w:rsidR="0052368C" w:rsidRPr="003518D5" w:rsidRDefault="009113E7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>Kierunek otworu</w:t>
            </w:r>
            <w:r w:rsidR="003518D5">
              <w:rPr>
                <w:sz w:val="28"/>
                <w:szCs w:val="28"/>
              </w:rPr>
              <w:t xml:space="preserve"> (zaznacz)</w:t>
            </w:r>
          </w:p>
        </w:tc>
        <w:tc>
          <w:tcPr>
            <w:tcW w:w="6663" w:type="dxa"/>
            <w:gridSpan w:val="6"/>
          </w:tcPr>
          <w:p w14:paraId="28689C3E" w14:textId="77777777" w:rsidR="003518D5" w:rsidRDefault="009113E7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 xml:space="preserve">☐ N ☐ NE ☐ E ☐ SE ☐ S ☐ SW ☐ W ☐ NW </w:t>
            </w:r>
          </w:p>
          <w:p w14:paraId="503EAEDE" w14:textId="77777777" w:rsidR="003518D5" w:rsidRPr="00F74029" w:rsidRDefault="003518D5">
            <w:pPr>
              <w:rPr>
                <w:sz w:val="12"/>
                <w:szCs w:val="12"/>
              </w:rPr>
            </w:pPr>
          </w:p>
          <w:p w14:paraId="0FC76B45" w14:textId="77777777" w:rsidR="0052368C" w:rsidRPr="003518D5" w:rsidRDefault="009113E7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 xml:space="preserve">lub </w:t>
            </w:r>
            <w:r w:rsidR="00153CFC" w:rsidRPr="003518D5">
              <w:rPr>
                <w:sz w:val="28"/>
                <w:szCs w:val="28"/>
              </w:rPr>
              <w:t>stopnie ………………………</w:t>
            </w:r>
            <w:r w:rsidRPr="003518D5">
              <w:rPr>
                <w:sz w:val="28"/>
                <w:szCs w:val="28"/>
              </w:rPr>
              <w:t>°</w:t>
            </w:r>
          </w:p>
        </w:tc>
      </w:tr>
      <w:tr w:rsidR="003518D5" w14:paraId="7D60322B" w14:textId="77777777" w:rsidTr="00E33C87">
        <w:tc>
          <w:tcPr>
            <w:tcW w:w="4077" w:type="dxa"/>
          </w:tcPr>
          <w:p w14:paraId="5096EAC7" w14:textId="77777777" w:rsidR="003518D5" w:rsidRPr="003518D5" w:rsidRDefault="003518D5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>Lata gniazdowania</w:t>
            </w:r>
          </w:p>
        </w:tc>
        <w:tc>
          <w:tcPr>
            <w:tcW w:w="1110" w:type="dxa"/>
          </w:tcPr>
          <w:p w14:paraId="48B9C7C2" w14:textId="77777777" w:rsidR="003518D5" w:rsidRDefault="003518D5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1A3133CC" w14:textId="77777777" w:rsidR="003518D5" w:rsidRPr="003518D5" w:rsidRDefault="003518D5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14:paraId="6C9CD62C" w14:textId="77777777" w:rsidR="003518D5" w:rsidRPr="003518D5" w:rsidRDefault="003518D5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57D1579C" w14:textId="77777777" w:rsidR="003518D5" w:rsidRPr="003518D5" w:rsidRDefault="003518D5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14:paraId="151ADECE" w14:textId="77777777" w:rsidR="003518D5" w:rsidRPr="003518D5" w:rsidRDefault="003518D5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42E2443A" w14:textId="77777777" w:rsidR="003518D5" w:rsidRPr="003518D5" w:rsidRDefault="003518D5">
            <w:pPr>
              <w:rPr>
                <w:sz w:val="28"/>
                <w:szCs w:val="28"/>
              </w:rPr>
            </w:pPr>
          </w:p>
        </w:tc>
      </w:tr>
      <w:tr w:rsidR="00F74029" w:rsidRPr="00E72593" w14:paraId="1BA40021" w14:textId="77777777" w:rsidTr="00E33C87">
        <w:tc>
          <w:tcPr>
            <w:tcW w:w="4077" w:type="dxa"/>
          </w:tcPr>
          <w:p w14:paraId="6E71984D" w14:textId="77777777" w:rsidR="00F74029" w:rsidRPr="00E72593" w:rsidRDefault="00F74029">
            <w:pPr>
              <w:rPr>
                <w:sz w:val="28"/>
                <w:szCs w:val="28"/>
                <w:lang w:val="pl-PL"/>
              </w:rPr>
            </w:pPr>
            <w:r w:rsidRPr="00E72593">
              <w:rPr>
                <w:sz w:val="28"/>
                <w:szCs w:val="28"/>
                <w:lang w:val="pl-PL"/>
              </w:rPr>
              <w:t>Lęg (</w:t>
            </w:r>
            <w:r w:rsidRPr="00E72593">
              <w:rPr>
                <w:sz w:val="24"/>
                <w:szCs w:val="24"/>
                <w:lang w:val="pl-PL"/>
              </w:rPr>
              <w:t>pierwszy/drugi/powtarzany/ nie wiadomo)</w:t>
            </w:r>
          </w:p>
        </w:tc>
        <w:tc>
          <w:tcPr>
            <w:tcW w:w="1110" w:type="dxa"/>
          </w:tcPr>
          <w:p w14:paraId="16ECA568" w14:textId="77777777" w:rsidR="00F74029" w:rsidRPr="00E72593" w:rsidRDefault="00F74029">
            <w:pPr>
              <w:rPr>
                <w:sz w:val="28"/>
                <w:szCs w:val="28"/>
                <w:lang w:val="pl-PL"/>
              </w:rPr>
            </w:pPr>
          </w:p>
        </w:tc>
        <w:tc>
          <w:tcPr>
            <w:tcW w:w="1111" w:type="dxa"/>
          </w:tcPr>
          <w:p w14:paraId="0F923BC2" w14:textId="77777777" w:rsidR="00F74029" w:rsidRPr="00E72593" w:rsidRDefault="00F74029">
            <w:pPr>
              <w:rPr>
                <w:sz w:val="28"/>
                <w:szCs w:val="28"/>
                <w:lang w:val="pl-PL"/>
              </w:rPr>
            </w:pPr>
          </w:p>
        </w:tc>
        <w:tc>
          <w:tcPr>
            <w:tcW w:w="1110" w:type="dxa"/>
          </w:tcPr>
          <w:p w14:paraId="780B450F" w14:textId="77777777" w:rsidR="00F74029" w:rsidRPr="00E72593" w:rsidRDefault="00F74029">
            <w:pPr>
              <w:rPr>
                <w:sz w:val="28"/>
                <w:szCs w:val="28"/>
                <w:lang w:val="pl-PL"/>
              </w:rPr>
            </w:pPr>
          </w:p>
        </w:tc>
        <w:tc>
          <w:tcPr>
            <w:tcW w:w="1111" w:type="dxa"/>
          </w:tcPr>
          <w:p w14:paraId="63654A81" w14:textId="77777777" w:rsidR="00F74029" w:rsidRPr="00E72593" w:rsidRDefault="00F74029">
            <w:pPr>
              <w:rPr>
                <w:sz w:val="28"/>
                <w:szCs w:val="28"/>
                <w:lang w:val="pl-PL"/>
              </w:rPr>
            </w:pPr>
          </w:p>
        </w:tc>
        <w:tc>
          <w:tcPr>
            <w:tcW w:w="1110" w:type="dxa"/>
          </w:tcPr>
          <w:p w14:paraId="3FE83305" w14:textId="77777777" w:rsidR="00F74029" w:rsidRPr="00E72593" w:rsidRDefault="00F74029">
            <w:pPr>
              <w:rPr>
                <w:sz w:val="28"/>
                <w:szCs w:val="28"/>
                <w:lang w:val="pl-PL"/>
              </w:rPr>
            </w:pPr>
          </w:p>
        </w:tc>
        <w:tc>
          <w:tcPr>
            <w:tcW w:w="1111" w:type="dxa"/>
          </w:tcPr>
          <w:p w14:paraId="49FA1FD5" w14:textId="77777777" w:rsidR="00F74029" w:rsidRPr="00E72593" w:rsidRDefault="00F74029">
            <w:pPr>
              <w:rPr>
                <w:sz w:val="28"/>
                <w:szCs w:val="28"/>
                <w:lang w:val="pl-PL"/>
              </w:rPr>
            </w:pPr>
          </w:p>
        </w:tc>
      </w:tr>
      <w:tr w:rsidR="003518D5" w14:paraId="68DA14D4" w14:textId="77777777" w:rsidTr="00E33C87">
        <w:tc>
          <w:tcPr>
            <w:tcW w:w="4077" w:type="dxa"/>
          </w:tcPr>
          <w:p w14:paraId="7DA5ABFB" w14:textId="77777777" w:rsidR="003518D5" w:rsidRPr="00E72593" w:rsidRDefault="003518D5">
            <w:pPr>
              <w:rPr>
                <w:sz w:val="28"/>
                <w:szCs w:val="28"/>
                <w:lang w:val="pl-PL"/>
              </w:rPr>
            </w:pPr>
            <w:r w:rsidRPr="00E72593">
              <w:rPr>
                <w:sz w:val="28"/>
                <w:szCs w:val="28"/>
                <w:lang w:val="pl-PL"/>
              </w:rPr>
              <w:t>Liczba młodych w poszczególnych latach</w:t>
            </w:r>
            <w:r w:rsidR="00F74029" w:rsidRPr="00E72593">
              <w:rPr>
                <w:sz w:val="28"/>
                <w:szCs w:val="28"/>
                <w:lang w:val="pl-PL"/>
              </w:rPr>
              <w:t>/lęgach</w:t>
            </w:r>
            <w:r w:rsidRPr="00E72593">
              <w:rPr>
                <w:sz w:val="28"/>
                <w:szCs w:val="28"/>
                <w:lang w:val="pl-PL"/>
              </w:rPr>
              <w:t xml:space="preserve"> </w:t>
            </w:r>
          </w:p>
          <w:p w14:paraId="57C3ACA6" w14:textId="77777777" w:rsidR="003518D5" w:rsidRPr="003518D5" w:rsidRDefault="003518D5">
            <w:pPr>
              <w:rPr>
                <w:sz w:val="28"/>
                <w:szCs w:val="28"/>
              </w:rPr>
            </w:pPr>
            <w:r w:rsidRPr="003518D5">
              <w:rPr>
                <w:sz w:val="24"/>
                <w:szCs w:val="24"/>
              </w:rPr>
              <w:t>(jeżeli wiadomo)</w:t>
            </w:r>
          </w:p>
        </w:tc>
        <w:tc>
          <w:tcPr>
            <w:tcW w:w="1110" w:type="dxa"/>
          </w:tcPr>
          <w:p w14:paraId="08C34EE0" w14:textId="77777777" w:rsidR="003518D5" w:rsidRPr="003518D5" w:rsidRDefault="003518D5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47B59070" w14:textId="77777777" w:rsidR="003518D5" w:rsidRPr="003518D5" w:rsidRDefault="003518D5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14:paraId="1B72E0D9" w14:textId="77777777" w:rsidR="003518D5" w:rsidRPr="003518D5" w:rsidRDefault="003518D5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2128953D" w14:textId="77777777" w:rsidR="003518D5" w:rsidRPr="003518D5" w:rsidRDefault="003518D5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14:paraId="2CF205AD" w14:textId="77777777" w:rsidR="003518D5" w:rsidRPr="003518D5" w:rsidRDefault="003518D5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</w:tcPr>
          <w:p w14:paraId="5BD08062" w14:textId="77777777" w:rsidR="003518D5" w:rsidRPr="003518D5" w:rsidRDefault="003518D5">
            <w:pPr>
              <w:rPr>
                <w:sz w:val="28"/>
                <w:szCs w:val="28"/>
              </w:rPr>
            </w:pPr>
          </w:p>
        </w:tc>
      </w:tr>
      <w:tr w:rsidR="0052368C" w14:paraId="26AB6866" w14:textId="77777777" w:rsidTr="00153CFC">
        <w:tc>
          <w:tcPr>
            <w:tcW w:w="4077" w:type="dxa"/>
          </w:tcPr>
          <w:p w14:paraId="115DF211" w14:textId="77777777" w:rsidR="0052368C" w:rsidRPr="003518D5" w:rsidRDefault="009113E7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>Przyczyny strat</w:t>
            </w:r>
            <w:r w:rsidR="00153CFC" w:rsidRPr="003518D5">
              <w:rPr>
                <w:sz w:val="28"/>
                <w:szCs w:val="28"/>
              </w:rPr>
              <w:t xml:space="preserve"> w lęgach</w:t>
            </w:r>
          </w:p>
        </w:tc>
        <w:tc>
          <w:tcPr>
            <w:tcW w:w="6663" w:type="dxa"/>
            <w:gridSpan w:val="6"/>
          </w:tcPr>
          <w:p w14:paraId="5C1C42FA" w14:textId="77777777" w:rsidR="0052368C" w:rsidRDefault="0052368C">
            <w:pPr>
              <w:rPr>
                <w:sz w:val="28"/>
                <w:szCs w:val="28"/>
              </w:rPr>
            </w:pPr>
          </w:p>
          <w:p w14:paraId="434251A1" w14:textId="77777777" w:rsidR="003518D5" w:rsidRDefault="003518D5">
            <w:pPr>
              <w:rPr>
                <w:sz w:val="28"/>
                <w:szCs w:val="28"/>
              </w:rPr>
            </w:pPr>
          </w:p>
          <w:p w14:paraId="62425B0A" w14:textId="77777777" w:rsidR="003518D5" w:rsidRPr="003518D5" w:rsidRDefault="003518D5">
            <w:pPr>
              <w:rPr>
                <w:sz w:val="28"/>
                <w:szCs w:val="28"/>
              </w:rPr>
            </w:pPr>
          </w:p>
        </w:tc>
      </w:tr>
      <w:tr w:rsidR="0052368C" w14:paraId="45937DC3" w14:textId="77777777" w:rsidTr="00153CFC">
        <w:tc>
          <w:tcPr>
            <w:tcW w:w="4077" w:type="dxa"/>
          </w:tcPr>
          <w:p w14:paraId="18D0DBC3" w14:textId="77777777" w:rsidR="0052368C" w:rsidRPr="003518D5" w:rsidRDefault="009113E7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>Załączone zdjęcia</w:t>
            </w:r>
            <w:r w:rsidR="003518D5">
              <w:rPr>
                <w:sz w:val="28"/>
                <w:szCs w:val="28"/>
              </w:rPr>
              <w:t xml:space="preserve"> (zaznacz)</w:t>
            </w:r>
          </w:p>
        </w:tc>
        <w:tc>
          <w:tcPr>
            <w:tcW w:w="6663" w:type="dxa"/>
            <w:gridSpan w:val="6"/>
          </w:tcPr>
          <w:p w14:paraId="1F8B7EFD" w14:textId="77777777" w:rsidR="0052368C" w:rsidRPr="003518D5" w:rsidRDefault="009113E7">
            <w:pPr>
              <w:rPr>
                <w:sz w:val="28"/>
                <w:szCs w:val="28"/>
              </w:rPr>
            </w:pPr>
            <w:r w:rsidRPr="003518D5">
              <w:rPr>
                <w:sz w:val="28"/>
                <w:szCs w:val="28"/>
              </w:rPr>
              <w:t>☐ tak ☐ nie</w:t>
            </w:r>
          </w:p>
        </w:tc>
      </w:tr>
      <w:tr w:rsidR="003518D5" w:rsidRPr="00E72593" w14:paraId="7AF24326" w14:textId="77777777" w:rsidTr="00614488">
        <w:tc>
          <w:tcPr>
            <w:tcW w:w="10740" w:type="dxa"/>
            <w:gridSpan w:val="7"/>
          </w:tcPr>
          <w:p w14:paraId="464C711D" w14:textId="77777777" w:rsidR="003518D5" w:rsidRPr="00E72593" w:rsidRDefault="009113E7" w:rsidP="00D23F04">
            <w:pPr>
              <w:rPr>
                <w:sz w:val="28"/>
                <w:szCs w:val="28"/>
                <w:lang w:val="pl-PL"/>
              </w:rPr>
            </w:pPr>
            <w:r w:rsidRPr="00E72593">
              <w:rPr>
                <w:lang w:val="pl-PL"/>
              </w:rPr>
              <w:t>Charakter siedliska (krótki opis</w:t>
            </w:r>
            <w:r w:rsidR="003518D5" w:rsidRPr="00E72593">
              <w:rPr>
                <w:lang w:val="pl-PL"/>
              </w:rPr>
              <w:t xml:space="preserve"> np.</w:t>
            </w:r>
            <w:r w:rsidR="00153CFC" w:rsidRPr="00E72593">
              <w:rPr>
                <w:lang w:val="pl-PL"/>
              </w:rPr>
              <w:t xml:space="preserve"> skraj lasu, sad, zagajnik, aleja drzew pośród pól, poddasze budynku, ster</w:t>
            </w:r>
            <w:r w:rsidR="00987A01" w:rsidRPr="00E72593">
              <w:rPr>
                <w:lang w:val="pl-PL"/>
              </w:rPr>
              <w:t>t</w:t>
            </w:r>
            <w:r w:rsidR="00153CFC" w:rsidRPr="00E72593">
              <w:rPr>
                <w:lang w:val="pl-PL"/>
              </w:rPr>
              <w:t>a gruzu na pastwisku itd.)</w:t>
            </w:r>
            <w:r w:rsidR="003518D5" w:rsidRPr="00E72593">
              <w:rPr>
                <w:lang w:val="pl-PL"/>
              </w:rPr>
              <w:t xml:space="preserve"> lub dodatkowe uwagi</w:t>
            </w:r>
            <w:r w:rsidR="00987A01" w:rsidRPr="00E72593">
              <w:rPr>
                <w:lang w:val="pl-PL"/>
              </w:rPr>
              <w:t xml:space="preserve"> np. zagrożenia dla stanowiska</w:t>
            </w:r>
            <w:r w:rsidR="003518D5" w:rsidRPr="00E72593">
              <w:rPr>
                <w:lang w:val="pl-PL"/>
              </w:rPr>
              <w:t>:</w:t>
            </w:r>
          </w:p>
          <w:p w14:paraId="6F3ACBE8" w14:textId="77777777" w:rsidR="003518D5" w:rsidRPr="00E72593" w:rsidRDefault="003518D5" w:rsidP="00D23F04">
            <w:pPr>
              <w:rPr>
                <w:sz w:val="28"/>
                <w:szCs w:val="28"/>
                <w:lang w:val="pl-PL"/>
              </w:rPr>
            </w:pPr>
          </w:p>
          <w:p w14:paraId="3DAD6969" w14:textId="77777777" w:rsidR="003518D5" w:rsidRPr="00E72593" w:rsidRDefault="003518D5" w:rsidP="00D23F04">
            <w:pPr>
              <w:rPr>
                <w:sz w:val="28"/>
                <w:szCs w:val="28"/>
                <w:lang w:val="pl-PL"/>
              </w:rPr>
            </w:pPr>
          </w:p>
          <w:p w14:paraId="40B1AACD" w14:textId="77777777" w:rsidR="003518D5" w:rsidRPr="00E72593" w:rsidRDefault="003518D5" w:rsidP="00D23F04">
            <w:pPr>
              <w:rPr>
                <w:sz w:val="26"/>
                <w:szCs w:val="26"/>
                <w:lang w:val="pl-PL"/>
              </w:rPr>
            </w:pPr>
          </w:p>
        </w:tc>
      </w:tr>
    </w:tbl>
    <w:p w14:paraId="3B07105A" w14:textId="77777777" w:rsidR="0052368C" w:rsidRPr="00E72593" w:rsidRDefault="0052368C" w:rsidP="003518D5">
      <w:pPr>
        <w:rPr>
          <w:sz w:val="2"/>
          <w:szCs w:val="2"/>
          <w:lang w:val="pl-PL"/>
        </w:rPr>
      </w:pPr>
    </w:p>
    <w:sectPr w:rsidR="0052368C" w:rsidRPr="00E72593" w:rsidSect="003518D5">
      <w:pgSz w:w="12240" w:h="15840"/>
      <w:pgMar w:top="56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8159627">
    <w:abstractNumId w:val="8"/>
  </w:num>
  <w:num w:numId="2" w16cid:durableId="1045716010">
    <w:abstractNumId w:val="6"/>
  </w:num>
  <w:num w:numId="3" w16cid:durableId="1215197897">
    <w:abstractNumId w:val="5"/>
  </w:num>
  <w:num w:numId="4" w16cid:durableId="1257471840">
    <w:abstractNumId w:val="4"/>
  </w:num>
  <w:num w:numId="5" w16cid:durableId="1139154878">
    <w:abstractNumId w:val="7"/>
  </w:num>
  <w:num w:numId="6" w16cid:durableId="888801281">
    <w:abstractNumId w:val="3"/>
  </w:num>
  <w:num w:numId="7" w16cid:durableId="885218700">
    <w:abstractNumId w:val="2"/>
  </w:num>
  <w:num w:numId="8" w16cid:durableId="514805857">
    <w:abstractNumId w:val="1"/>
  </w:num>
  <w:num w:numId="9" w16cid:durableId="1380934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3CFC"/>
    <w:rsid w:val="00190772"/>
    <w:rsid w:val="0029639D"/>
    <w:rsid w:val="00326F90"/>
    <w:rsid w:val="003518D5"/>
    <w:rsid w:val="0052368C"/>
    <w:rsid w:val="0069020E"/>
    <w:rsid w:val="00714FBB"/>
    <w:rsid w:val="009113E7"/>
    <w:rsid w:val="00951880"/>
    <w:rsid w:val="00987A01"/>
    <w:rsid w:val="00AA1D8D"/>
    <w:rsid w:val="00B47730"/>
    <w:rsid w:val="00C8619B"/>
    <w:rsid w:val="00CB0664"/>
    <w:rsid w:val="00CC1D13"/>
    <w:rsid w:val="00E56837"/>
    <w:rsid w:val="00E72593"/>
    <w:rsid w:val="00EF6172"/>
    <w:rsid w:val="00F10FB3"/>
    <w:rsid w:val="00F740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139B3"/>
  <w14:defaultImageDpi w14:val="300"/>
  <w15:docId w15:val="{7273B8F5-A978-475B-A492-20FBDC94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5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3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0A2422-D47F-4747-A656-227320BA8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Stanisław Broński</cp:lastModifiedBy>
  <cp:revision>4</cp:revision>
  <dcterms:created xsi:type="dcterms:W3CDTF">2026-08-10T11:02:00Z</dcterms:created>
  <dcterms:modified xsi:type="dcterms:W3CDTF">2026-08-14T09:56:00Z</dcterms:modified>
  <cp:category/>
</cp:coreProperties>
</file>